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EC276" w14:textId="275C1FC3" w:rsidR="006376B4" w:rsidRPr="001C0DF1" w:rsidRDefault="00732280">
      <w:pPr>
        <w:jc w:val="center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b/>
          <w:sz w:val="36"/>
          <w:lang w:eastAsia="ja-JP"/>
        </w:rPr>
        <w:t>活動</w:t>
      </w:r>
      <w:r w:rsidR="003A4017" w:rsidRPr="001C0DF1">
        <w:rPr>
          <w:rFonts w:ascii="HG丸ｺﾞｼｯｸM-PRO" w:eastAsia="HG丸ｺﾞｼｯｸM-PRO" w:hAnsi="HG丸ｺﾞｼｯｸM-PRO"/>
          <w:b/>
          <w:sz w:val="36"/>
          <w:lang w:eastAsia="ja-JP"/>
        </w:rPr>
        <w:t>報告書</w:t>
      </w:r>
    </w:p>
    <w:p w14:paraId="21171B23" w14:textId="6A47A1E0" w:rsidR="008C6609" w:rsidRDefault="008C6609" w:rsidP="008C6609">
      <w:pPr>
        <w:spacing w:after="0"/>
        <w:jc w:val="right"/>
        <w:rPr>
          <w:rFonts w:ascii="HG丸ｺﾞｼｯｸM-PRO" w:eastAsia="HG丸ｺﾞｼｯｸM-PRO" w:hAnsi="HG丸ｺﾞｼｯｸM-PRO"/>
          <w:color w:val="000000" w:themeColor="text1"/>
          <w:lang w:eastAsia="ja-JP"/>
        </w:rPr>
      </w:pPr>
      <w:r w:rsidRPr="00A83D93">
        <w:rPr>
          <w:rFonts w:ascii="HG丸ｺﾞｼｯｸM-PRO" w:eastAsia="HG丸ｺﾞｼｯｸM-PRO" w:hAnsi="HG丸ｺﾞｼｯｸM-PRO"/>
          <w:color w:val="000000" w:themeColor="text1"/>
          <w:lang w:eastAsia="ja-JP"/>
        </w:rPr>
        <w:t>提出先：</w:t>
      </w:r>
      <w:r w:rsidRPr="00A83D93">
        <w:rPr>
          <w:rFonts w:ascii="HG丸ｺﾞｼｯｸM-PRO" w:eastAsia="HG丸ｺﾞｼｯｸM-PRO" w:hAnsi="HG丸ｺﾞｼｯｸM-PRO" w:hint="eastAsia"/>
          <w:color w:val="000000" w:themeColor="text1"/>
          <w:lang w:eastAsia="ja-JP"/>
        </w:rPr>
        <w:t>印西</w:t>
      </w:r>
      <w:r w:rsidRPr="00A83D93">
        <w:rPr>
          <w:rFonts w:ascii="HG丸ｺﾞｼｯｸM-PRO" w:eastAsia="HG丸ｺﾞｼｯｸM-PRO" w:hAnsi="HG丸ｺﾞｼｯｸM-PRO"/>
          <w:color w:val="000000" w:themeColor="text1"/>
          <w:lang w:eastAsia="ja-JP"/>
        </w:rPr>
        <w:t xml:space="preserve">市 </w:t>
      </w:r>
      <w:r w:rsidR="00427FEF">
        <w:rPr>
          <w:rFonts w:ascii="HG丸ｺﾞｼｯｸM-PRO" w:eastAsia="HG丸ｺﾞｼｯｸM-PRO" w:hAnsi="HG丸ｺﾞｼｯｸM-PRO" w:hint="eastAsia"/>
          <w:color w:val="000000" w:themeColor="text1"/>
          <w:lang w:eastAsia="ja-JP"/>
        </w:rPr>
        <w:t>資産経営課</w:t>
      </w:r>
    </w:p>
    <w:p w14:paraId="0E78C158" w14:textId="0E4F38F2" w:rsidR="008C6609" w:rsidRPr="00A83D93" w:rsidRDefault="008C6609" w:rsidP="008C6609">
      <w:pPr>
        <w:wordWrap w:val="0"/>
        <w:spacing w:after="0"/>
        <w:jc w:val="right"/>
        <w:rPr>
          <w:rFonts w:ascii="HG丸ｺﾞｼｯｸM-PRO" w:eastAsia="HG丸ｺﾞｼｯｸM-PRO" w:hAnsi="HG丸ｺﾞｼｯｸM-PRO"/>
          <w:color w:val="000000" w:themeColor="text1"/>
          <w:lang w:eastAsia="ja-JP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ja-JP"/>
        </w:rPr>
        <w:t xml:space="preserve">　メールアドレス：</w:t>
      </w:r>
      <w:r w:rsidR="00427FEF" w:rsidRPr="007F1BAA">
        <w:rPr>
          <w:rFonts w:ascii="HG丸ｺﾞｼｯｸM-PRO" w:eastAsia="HG丸ｺﾞｼｯｸM-PRO" w:hAnsi="HG丸ｺﾞｼｯｸM-PRO"/>
          <w:color w:val="000000" w:themeColor="text1"/>
          <w:lang w:eastAsia="ja-JP"/>
        </w:rPr>
        <w:t xml:space="preserve"> </w:t>
      </w:r>
      <w:r w:rsidR="00111C2E">
        <w:rPr>
          <w:rFonts w:ascii="HG丸ｺﾞｼｯｸM-PRO" w:eastAsia="HG丸ｺﾞｼｯｸM-PRO" w:hAnsi="HG丸ｺﾞｼｯｸM-PRO" w:hint="eastAsia"/>
          <w:color w:val="000000" w:themeColor="text1"/>
          <w:lang w:eastAsia="ja-JP"/>
        </w:rPr>
        <w:t>shisankeieika</w:t>
      </w:r>
      <w:r w:rsidRPr="007F1BAA">
        <w:rPr>
          <w:rFonts w:ascii="HG丸ｺﾞｼｯｸM-PRO" w:eastAsia="HG丸ｺﾞｼｯｸM-PRO" w:hAnsi="HG丸ｺﾞｼｯｸM-PRO"/>
          <w:color w:val="000000" w:themeColor="text1"/>
          <w:lang w:eastAsia="ja-JP"/>
        </w:rPr>
        <w:t>@city.inzai.chiba.jp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C0DF1" w:rsidRPr="001C0DF1" w14:paraId="0372E9F7" w14:textId="77777777" w:rsidTr="00427FEF">
        <w:trPr>
          <w:trHeight w:val="586"/>
        </w:trPr>
        <w:tc>
          <w:tcPr>
            <w:tcW w:w="2972" w:type="dxa"/>
          </w:tcPr>
          <w:p w14:paraId="499E0637" w14:textId="77777777" w:rsidR="00C15388" w:rsidRPr="001C0DF1" w:rsidRDefault="00555A98" w:rsidP="004B1360">
            <w:pPr>
              <w:adjustRightInd w:val="0"/>
              <w:spacing w:before="240" w:line="480" w:lineRule="auto"/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提出日</w:t>
            </w:r>
          </w:p>
        </w:tc>
        <w:tc>
          <w:tcPr>
            <w:tcW w:w="6090" w:type="dxa"/>
          </w:tcPr>
          <w:p w14:paraId="4E613D21" w14:textId="15C2F402" w:rsidR="006376B4" w:rsidRPr="001C0DF1" w:rsidRDefault="006376B4" w:rsidP="004B1360">
            <w:pPr>
              <w:adjustRightInd w:val="0"/>
              <w:spacing w:before="240" w:line="276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55157F45" w14:textId="77777777" w:rsidTr="00B02B59">
        <w:tc>
          <w:tcPr>
            <w:tcW w:w="2972" w:type="dxa"/>
          </w:tcPr>
          <w:p w14:paraId="6A866D70" w14:textId="77777777" w:rsidR="00C15388" w:rsidRPr="001C0DF1" w:rsidRDefault="00555A98" w:rsidP="004B1360">
            <w:pPr>
              <w:adjustRightInd w:val="0"/>
              <w:spacing w:before="240" w:line="480" w:lineRule="auto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t>団体名</w:t>
            </w:r>
            <w:r w:rsidR="00B02B59" w:rsidRPr="00B02B59">
              <w:rPr>
                <w:rFonts w:ascii="HG丸ｺﾞｼｯｸM-PRO" w:eastAsia="HG丸ｺﾞｼｯｸM-PRO" w:hAnsi="HG丸ｺﾞｼｯｸM-PRO" w:hint="eastAsia"/>
                <w:lang w:eastAsia="ja-JP"/>
              </w:rPr>
              <w:t>（団体ごとに記入）</w:t>
            </w:r>
          </w:p>
        </w:tc>
        <w:tc>
          <w:tcPr>
            <w:tcW w:w="6090" w:type="dxa"/>
          </w:tcPr>
          <w:p w14:paraId="13343658" w14:textId="7317B642" w:rsidR="00B02B59" w:rsidRPr="001C0DF1" w:rsidRDefault="00B02B59" w:rsidP="004B1360">
            <w:pPr>
              <w:adjustRightInd w:val="0"/>
              <w:spacing w:before="240" w:line="276" w:lineRule="auto"/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760ABCF2" w14:textId="77777777" w:rsidTr="00B02B59">
        <w:tc>
          <w:tcPr>
            <w:tcW w:w="2972" w:type="dxa"/>
          </w:tcPr>
          <w:p w14:paraId="34C067D6" w14:textId="77777777" w:rsidR="00C15388" w:rsidRPr="001C0DF1" w:rsidRDefault="00555A98" w:rsidP="004B1360">
            <w:pPr>
              <w:adjustRightInd w:val="0"/>
              <w:spacing w:before="240" w:line="480" w:lineRule="auto"/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代表者名</w:t>
            </w:r>
          </w:p>
        </w:tc>
        <w:tc>
          <w:tcPr>
            <w:tcW w:w="6090" w:type="dxa"/>
          </w:tcPr>
          <w:p w14:paraId="545C5A8D" w14:textId="6FB7F164" w:rsidR="006376B4" w:rsidRPr="001C0DF1" w:rsidRDefault="006376B4" w:rsidP="004B1360">
            <w:pPr>
              <w:adjustRightInd w:val="0"/>
              <w:spacing w:before="240" w:line="276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1AF987E7" w14:textId="77777777" w:rsidTr="00B02B59">
        <w:tc>
          <w:tcPr>
            <w:tcW w:w="2972" w:type="dxa"/>
          </w:tcPr>
          <w:p w14:paraId="14FF7512" w14:textId="77777777" w:rsidR="00C15388" w:rsidRPr="001C0DF1" w:rsidRDefault="00555A98" w:rsidP="004B1360">
            <w:pPr>
              <w:adjustRightInd w:val="0"/>
              <w:spacing w:before="240" w:line="480" w:lineRule="auto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t>連絡先（電話・メール）</w:t>
            </w:r>
          </w:p>
        </w:tc>
        <w:tc>
          <w:tcPr>
            <w:tcW w:w="6090" w:type="dxa"/>
          </w:tcPr>
          <w:p w14:paraId="273AEF42" w14:textId="7EB48D6C" w:rsidR="006376B4" w:rsidRPr="001C0DF1" w:rsidRDefault="006376B4" w:rsidP="001C0DF1">
            <w:pPr>
              <w:spacing w:before="240"/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</w:tbl>
    <w:p w14:paraId="71DF62FC" w14:textId="77777777" w:rsidR="00AD6050" w:rsidRPr="001C0DF1" w:rsidRDefault="00AD6050" w:rsidP="00AD6050">
      <w:pPr>
        <w:rPr>
          <w:rFonts w:ascii="HG丸ｺﾞｼｯｸM-PRO" w:eastAsia="HG丸ｺﾞｼｯｸM-PRO" w:hAnsi="HG丸ｺﾞｼｯｸM-PRO"/>
          <w:b/>
          <w:sz w:val="28"/>
          <w:lang w:eastAsia="ja-JP"/>
        </w:rPr>
      </w:pPr>
    </w:p>
    <w:p w14:paraId="21E554FC" w14:textId="77777777" w:rsidR="006376B4" w:rsidRPr="001C0DF1" w:rsidRDefault="00FF66B2">
      <w:pPr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１</w:t>
      </w:r>
      <w:r w:rsidR="00555A98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 xml:space="preserve">. </w:t>
      </w:r>
      <w:r w:rsidR="003A4017" w:rsidRPr="001C0DF1"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イベント</w:t>
      </w:r>
      <w:r w:rsidR="00555A98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>実施内容</w:t>
      </w:r>
    </w:p>
    <w:p w14:paraId="75FA0F8D" w14:textId="45E652EA" w:rsidR="00FF66B2" w:rsidRPr="001C0DF1" w:rsidRDefault="003A4017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/>
          <w:lang w:eastAsia="ja-JP"/>
        </w:rPr>
        <w:t>実施</w:t>
      </w:r>
      <w:r w:rsidRPr="001C0DF1">
        <w:rPr>
          <w:rFonts w:ascii="HG丸ｺﾞｼｯｸM-PRO" w:eastAsia="HG丸ｺﾞｼｯｸM-PRO" w:hAnsi="HG丸ｺﾞｼｯｸM-PRO" w:hint="eastAsia"/>
          <w:lang w:eastAsia="ja-JP"/>
        </w:rPr>
        <w:t>日</w:t>
      </w:r>
      <w:r w:rsidR="00555A98" w:rsidRPr="001C0DF1">
        <w:rPr>
          <w:rFonts w:ascii="HG丸ｺﾞｼｯｸM-PRO" w:eastAsia="HG丸ｺﾞｼｯｸM-PRO" w:hAnsi="HG丸ｺﾞｼｯｸM-PRO"/>
          <w:lang w:eastAsia="ja-JP"/>
        </w:rPr>
        <w:t>：</w:t>
      </w:r>
    </w:p>
    <w:p w14:paraId="1533836B" w14:textId="344FA7E2" w:rsidR="00FF66B2" w:rsidRPr="001C0DF1" w:rsidRDefault="00555A98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/>
          <w:lang w:eastAsia="ja-JP"/>
        </w:rPr>
        <w:t>実施場所：</w:t>
      </w:r>
      <w:r w:rsidR="00427FEF" w:rsidRPr="001C0DF1">
        <w:rPr>
          <w:rFonts w:ascii="HG丸ｺﾞｼｯｸM-PRO" w:eastAsia="HG丸ｺﾞｼｯｸM-PRO" w:hAnsi="HG丸ｺﾞｼｯｸM-PRO"/>
          <w:lang w:eastAsia="ja-JP"/>
        </w:rPr>
        <w:t xml:space="preserve"> </w:t>
      </w:r>
    </w:p>
    <w:p w14:paraId="0A7B67FF" w14:textId="77777777" w:rsidR="00427FEF" w:rsidRDefault="00FF66B2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lang w:eastAsia="ja-JP"/>
        </w:rPr>
        <w:t>イベント名：</w:t>
      </w:r>
    </w:p>
    <w:p w14:paraId="744568A0" w14:textId="3BED17AE" w:rsidR="00AD6050" w:rsidRPr="001C0DF1" w:rsidRDefault="003A4017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lang w:eastAsia="ja-JP"/>
        </w:rPr>
        <w:t>団体参加人</w:t>
      </w:r>
      <w:r w:rsidR="00555A98" w:rsidRPr="001C0DF1">
        <w:rPr>
          <w:rFonts w:ascii="HG丸ｺﾞｼｯｸM-PRO" w:eastAsia="HG丸ｺﾞｼｯｸM-PRO" w:hAnsi="HG丸ｺﾞｼｯｸM-PRO"/>
          <w:lang w:eastAsia="ja-JP"/>
        </w:rPr>
        <w:t>数：</w:t>
      </w:r>
      <w:r w:rsidR="00427FEF" w:rsidRPr="001C0DF1">
        <w:rPr>
          <w:rFonts w:ascii="HG丸ｺﾞｼｯｸM-PRO" w:eastAsia="HG丸ｺﾞｼｯｸM-PRO" w:hAnsi="HG丸ｺﾞｼｯｸM-PRO"/>
          <w:lang w:eastAsia="ja-JP"/>
        </w:rPr>
        <w:t xml:space="preserve"> </w:t>
      </w:r>
    </w:p>
    <w:p w14:paraId="25CBAA47" w14:textId="77777777" w:rsidR="00FF66B2" w:rsidRPr="001C0DF1" w:rsidRDefault="00FF66B2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lang w:eastAsia="ja-JP"/>
        </w:rPr>
        <w:t>具体的な活動項目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DF1" w:rsidRPr="001C0DF1" w14:paraId="1E92A7CE" w14:textId="77777777" w:rsidTr="00427FEF">
        <w:trPr>
          <w:trHeight w:val="2346"/>
        </w:trPr>
        <w:tc>
          <w:tcPr>
            <w:tcW w:w="9062" w:type="dxa"/>
          </w:tcPr>
          <w:p w14:paraId="7BAFB3D3" w14:textId="77777777" w:rsidR="00FF66B2" w:rsidRPr="001C0DF1" w:rsidRDefault="00FF66B2" w:rsidP="007A0F9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</w:tbl>
    <w:p w14:paraId="7B3C50F1" w14:textId="77777777" w:rsidR="00FF66B2" w:rsidRPr="001C0DF1" w:rsidRDefault="00FF66B2" w:rsidP="00FF66B2">
      <w:pPr>
        <w:spacing w:after="0"/>
        <w:rPr>
          <w:rFonts w:ascii="HG丸ｺﾞｼｯｸM-PRO" w:eastAsia="HG丸ｺﾞｼｯｸM-PRO" w:hAnsi="HG丸ｺﾞｼｯｸM-PRO"/>
          <w:lang w:eastAsia="ja-JP"/>
        </w:rPr>
      </w:pPr>
    </w:p>
    <w:p w14:paraId="53FA15DA" w14:textId="77777777" w:rsidR="006376B4" w:rsidRPr="001C0DF1" w:rsidRDefault="00FF66B2">
      <w:pPr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２</w:t>
      </w:r>
      <w:r w:rsidR="00555A98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>. 成果</w:t>
      </w:r>
    </w:p>
    <w:p w14:paraId="3C25200A" w14:textId="77777777" w:rsidR="006376B4" w:rsidRPr="001C0DF1" w:rsidRDefault="00555A98" w:rsidP="003A4017">
      <w:pPr>
        <w:ind w:firstLineChars="100" w:firstLine="22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/>
          <w:lang w:eastAsia="ja-JP"/>
        </w:rPr>
        <w:t>定量的成果（人数、件数、アンケート結果など）と定性的成果（参加者の声、地域への波及効果など）を記載してください。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DF1" w:rsidRPr="001C0DF1" w14:paraId="13C9F7B1" w14:textId="77777777" w:rsidTr="003A4017">
        <w:tc>
          <w:tcPr>
            <w:tcW w:w="9270" w:type="dxa"/>
          </w:tcPr>
          <w:p w14:paraId="774B0349" w14:textId="77777777" w:rsidR="003A4017" w:rsidRPr="001C0DF1" w:rsidRDefault="003A4017" w:rsidP="003A4017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t>定量的成果</w:t>
            </w:r>
          </w:p>
        </w:tc>
      </w:tr>
      <w:tr w:rsidR="001C0DF1" w:rsidRPr="001C0DF1" w14:paraId="14FEBB2B" w14:textId="77777777" w:rsidTr="003A4017">
        <w:tc>
          <w:tcPr>
            <w:tcW w:w="9270" w:type="dxa"/>
          </w:tcPr>
          <w:p w14:paraId="462FF1A1" w14:textId="7E2CDBC8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延べ来場者数：</w:t>
            </w:r>
            <w:r w:rsidR="00427FEF" w:rsidRPr="001C0DF1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</w:p>
          <w:p w14:paraId="38558D66" w14:textId="6D3083DF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出店者数：</w:t>
            </w:r>
            <w:r w:rsidR="00427FEF" w:rsidRPr="001C0DF1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</w:p>
          <w:p w14:paraId="451E48B6" w14:textId="272BEF1B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最大売上：</w:t>
            </w:r>
            <w:r w:rsidR="00427FEF" w:rsidRPr="001C0DF1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</w:p>
          <w:p w14:paraId="60906656" w14:textId="77777777" w:rsidR="00427FEF" w:rsidRDefault="001C0DF1" w:rsidP="00427FEF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最低売上店舗：</w:t>
            </w:r>
          </w:p>
          <w:p w14:paraId="4FF47500" w14:textId="40A2C643" w:rsidR="00427FEF" w:rsidRDefault="001C0DF1" w:rsidP="00427FEF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総売上：</w:t>
            </w:r>
            <w:r w:rsidR="00427FEF" w:rsidRPr="001C0DF1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</w:p>
          <w:p w14:paraId="46F3E0AA" w14:textId="0FCDADC7" w:rsidR="00427FEF" w:rsidRPr="001C0DF1" w:rsidRDefault="00427FEF" w:rsidP="00427FEF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5A564BF5" w14:textId="77777777" w:rsidTr="003A4017">
        <w:tc>
          <w:tcPr>
            <w:tcW w:w="9270" w:type="dxa"/>
          </w:tcPr>
          <w:p w14:paraId="0B5F1932" w14:textId="77777777" w:rsidR="003A4017" w:rsidRPr="001C0DF1" w:rsidRDefault="003A4017" w:rsidP="003A4017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lastRenderedPageBreak/>
              <w:t>定性的成果</w:t>
            </w:r>
          </w:p>
        </w:tc>
      </w:tr>
      <w:tr w:rsidR="001C0DF1" w:rsidRPr="001C0DF1" w14:paraId="5462FB33" w14:textId="77777777" w:rsidTr="00427FEF">
        <w:trPr>
          <w:trHeight w:val="2268"/>
        </w:trPr>
        <w:tc>
          <w:tcPr>
            <w:tcW w:w="9270" w:type="dxa"/>
          </w:tcPr>
          <w:p w14:paraId="739C75E0" w14:textId="77777777" w:rsidR="003A4017" w:rsidRPr="00427FEF" w:rsidRDefault="003A4017" w:rsidP="00427FEF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</w:tbl>
    <w:p w14:paraId="744BB1DC" w14:textId="77777777" w:rsidR="00FF66B2" w:rsidRPr="001C0DF1" w:rsidRDefault="00FF66B2">
      <w:pPr>
        <w:rPr>
          <w:rFonts w:ascii="HG丸ｺﾞｼｯｸM-PRO" w:eastAsia="HG丸ｺﾞｼｯｸM-PRO" w:hAnsi="HG丸ｺﾞｼｯｸM-PRO"/>
          <w:b/>
          <w:sz w:val="28"/>
          <w:lang w:eastAsia="ja-JP"/>
        </w:rPr>
      </w:pPr>
    </w:p>
    <w:p w14:paraId="350FB81A" w14:textId="465F5D45" w:rsidR="006376B4" w:rsidRPr="001C0DF1" w:rsidRDefault="00427FEF">
      <w:pPr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３</w:t>
      </w:r>
      <w:r w:rsidR="00555A98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>. 収支・予算</w:t>
      </w:r>
    </w:p>
    <w:p w14:paraId="37167CC3" w14:textId="77777777" w:rsidR="006376B4" w:rsidRPr="001C0DF1" w:rsidRDefault="00AD6050">
      <w:pPr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/>
          <w:lang w:eastAsia="ja-JP"/>
        </w:rPr>
        <w:t>事業予算と実績の収支を</w:t>
      </w:r>
      <w:r w:rsidR="00555A98" w:rsidRPr="001C0DF1">
        <w:rPr>
          <w:rFonts w:ascii="HG丸ｺﾞｼｯｸM-PRO" w:eastAsia="HG丸ｺﾞｼｯｸM-PRO" w:hAnsi="HG丸ｺﾞｼｯｸM-PRO"/>
          <w:lang w:eastAsia="ja-JP"/>
        </w:rPr>
        <w:t>まとめてください。</w:t>
      </w:r>
      <w:r w:rsidR="003A4017" w:rsidRPr="001C0DF1">
        <w:rPr>
          <w:rFonts w:ascii="HG丸ｺﾞｼｯｸM-PRO" w:eastAsia="HG丸ｺﾞｼｯｸM-PRO" w:hAnsi="HG丸ｺﾞｼｯｸM-PRO" w:hint="eastAsia"/>
          <w:lang w:eastAsia="ja-JP"/>
        </w:rPr>
        <w:t>欄</w:t>
      </w:r>
      <w:r w:rsidR="00060461" w:rsidRPr="001C0DF1">
        <w:rPr>
          <w:rFonts w:ascii="HG丸ｺﾞｼｯｸM-PRO" w:eastAsia="HG丸ｺﾞｼｯｸM-PRO" w:hAnsi="HG丸ｺﾞｼｯｸM-PRO" w:hint="eastAsia"/>
          <w:lang w:eastAsia="ja-JP"/>
        </w:rPr>
        <w:t>（項目）</w:t>
      </w:r>
      <w:r w:rsidR="003A4017" w:rsidRPr="001C0DF1">
        <w:rPr>
          <w:rFonts w:ascii="HG丸ｺﾞｼｯｸM-PRO" w:eastAsia="HG丸ｺﾞｼｯｸM-PRO" w:hAnsi="HG丸ｺﾞｼｯｸM-PRO" w:hint="eastAsia"/>
          <w:lang w:eastAsia="ja-JP"/>
        </w:rPr>
        <w:t>を増やしてもかまいません。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410"/>
        <w:gridCol w:w="3822"/>
      </w:tblGrid>
      <w:tr w:rsidR="001C0DF1" w:rsidRPr="001C0DF1" w14:paraId="21DB8499" w14:textId="77777777" w:rsidTr="00E03CC7">
        <w:tc>
          <w:tcPr>
            <w:tcW w:w="988" w:type="dxa"/>
            <w:tcBorders>
              <w:bottom w:val="single" w:sz="12" w:space="0" w:color="auto"/>
            </w:tcBorders>
          </w:tcPr>
          <w:p w14:paraId="74BD0AF8" w14:textId="77777777" w:rsidR="00E03CC7" w:rsidRPr="001C0DF1" w:rsidRDefault="00E03CC7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区分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135ACCE6" w14:textId="77777777" w:rsidR="00E03CC7" w:rsidRPr="001C0DF1" w:rsidRDefault="00E03CC7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項目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1D735053" w14:textId="77777777" w:rsidR="00E03CC7" w:rsidRPr="001C0DF1" w:rsidRDefault="00E03CC7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金額（円）</w:t>
            </w:r>
          </w:p>
        </w:tc>
        <w:tc>
          <w:tcPr>
            <w:tcW w:w="3822" w:type="dxa"/>
            <w:tcBorders>
              <w:bottom w:val="single" w:sz="12" w:space="0" w:color="auto"/>
            </w:tcBorders>
          </w:tcPr>
          <w:p w14:paraId="6BDD3F8A" w14:textId="77777777" w:rsidR="00E03CC7" w:rsidRPr="001C0DF1" w:rsidRDefault="00E03CC7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備考（項目の詳細・内訳）</w:t>
            </w:r>
          </w:p>
        </w:tc>
      </w:tr>
      <w:tr w:rsidR="001C0DF1" w:rsidRPr="001C0DF1" w14:paraId="058912E6" w14:textId="77777777" w:rsidTr="00E03CC7"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D7AB7F9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収入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67F0B5DA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出店料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187D69B4" w14:textId="167CB5E9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12" w:space="0" w:color="auto"/>
              <w:right w:val="single" w:sz="12" w:space="0" w:color="auto"/>
            </w:tcBorders>
          </w:tcPr>
          <w:p w14:paraId="1E4CDB62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79C2844D" w14:textId="77777777" w:rsidTr="00E03CC7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76A6C24A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76788EAF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協賛金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0A06CEE2" w14:textId="4F3AF420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423B5898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02C29704" w14:textId="77777777" w:rsidTr="00E03CC7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365A69F2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459F3903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その他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12" w:space="0" w:color="auto"/>
            </w:tcBorders>
          </w:tcPr>
          <w:p w14:paraId="085B089A" w14:textId="23B44EC9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8" w:space="0" w:color="auto"/>
              <w:right w:val="single" w:sz="12" w:space="0" w:color="auto"/>
            </w:tcBorders>
          </w:tcPr>
          <w:p w14:paraId="2765ADA0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1C9D78A2" w14:textId="77777777" w:rsidTr="00E03CC7"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E28174B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12" w:space="0" w:color="auto"/>
            </w:tcBorders>
          </w:tcPr>
          <w:p w14:paraId="631283D8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計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58DFF1" w14:textId="62CBB67D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493FEA9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C0DF1" w:rsidRPr="001C0DF1" w14:paraId="674A84D0" w14:textId="77777777" w:rsidTr="00E03CC7"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0298D28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支出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35191B1D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t>備品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1F31EA60" w14:textId="4CCE86EF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12" w:space="0" w:color="auto"/>
              <w:right w:val="single" w:sz="12" w:space="0" w:color="auto"/>
            </w:tcBorders>
          </w:tcPr>
          <w:p w14:paraId="58F91940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63AA8AE3" w14:textId="77777777" w:rsidTr="00E03CC7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30D6143A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1FD2C7CB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会場費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4477E99" w14:textId="261C2AFE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75D0BB33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725C0D88" w14:textId="77777777" w:rsidTr="00E03CC7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209F0DF1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10E6AA79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印刷費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C26A837" w14:textId="565A4FD5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72103206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27FA50DC" w14:textId="77777777" w:rsidTr="00E03CC7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50801643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E2EBEB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その他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</w:tcPr>
          <w:p w14:paraId="08817F93" w14:textId="03113DBE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4" w:space="0" w:color="auto"/>
              <w:right w:val="single" w:sz="12" w:space="0" w:color="auto"/>
            </w:tcBorders>
          </w:tcPr>
          <w:p w14:paraId="6B07DEC6" w14:textId="3FBAFDC9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5ABC8512" w14:textId="77777777" w:rsidTr="00E03CC7"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FCD639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26B31B6E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計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</w:tcPr>
          <w:p w14:paraId="403012D1" w14:textId="743F1FC2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12" w:space="0" w:color="auto"/>
              <w:right w:val="single" w:sz="12" w:space="0" w:color="auto"/>
            </w:tcBorders>
          </w:tcPr>
          <w:p w14:paraId="0F4EBD30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C0DF1" w:rsidRPr="001C0DF1" w14:paraId="560C57AD" w14:textId="77777777" w:rsidTr="00E03CC7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49EAF2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差引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67C6EC80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収支結果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BD93E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0円</w:t>
            </w:r>
          </w:p>
        </w:tc>
        <w:tc>
          <w:tcPr>
            <w:tcW w:w="3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A0B33" w14:textId="77777777" w:rsidR="001C0DF1" w:rsidRPr="001C0DF1" w:rsidRDefault="001C0DF1" w:rsidP="001C0D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28C71DF" w14:textId="77777777" w:rsidR="00AD6050" w:rsidRPr="001C0DF1" w:rsidRDefault="00AD6050">
      <w:pPr>
        <w:rPr>
          <w:rFonts w:ascii="HG丸ｺﾞｼｯｸM-PRO" w:eastAsia="HG丸ｺﾞｼｯｸM-PRO" w:hAnsi="HG丸ｺﾞｼｯｸM-PRO"/>
          <w:b/>
          <w:sz w:val="28"/>
        </w:rPr>
      </w:pPr>
    </w:p>
    <w:p w14:paraId="50F952AD" w14:textId="713EF430" w:rsidR="006376B4" w:rsidRPr="001C0DF1" w:rsidRDefault="00427FEF">
      <w:pPr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４</w:t>
      </w:r>
      <w:r w:rsidR="00555A98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>. 写真・参考資料</w:t>
      </w:r>
    </w:p>
    <w:p w14:paraId="07E58873" w14:textId="5BA1F956" w:rsidR="006376B4" w:rsidRPr="001C0DF1" w:rsidRDefault="00060461" w:rsidP="00E03CC7">
      <w:pPr>
        <w:spacing w:after="0"/>
        <w:ind w:firstLineChars="100" w:firstLine="220"/>
        <w:rPr>
          <w:rFonts w:ascii="HG丸ｺﾞｼｯｸM-PRO" w:eastAsia="HG丸ｺﾞｼｯｸM-PRO" w:hAnsi="HG丸ｺﾞｼｯｸM-PRO"/>
          <w:lang w:eastAsia="ja-JP"/>
        </w:rPr>
      </w:pPr>
      <w:r w:rsidRPr="001C0DF1">
        <w:rPr>
          <w:rFonts w:ascii="HG丸ｺﾞｼｯｸM-PRO" w:eastAsia="HG丸ｺﾞｼｯｸM-PRO" w:hAnsi="HG丸ｺﾞｼｯｸM-PRO"/>
          <w:lang w:eastAsia="ja-JP"/>
        </w:rPr>
        <w:t>写真・チラシ・</w:t>
      </w:r>
      <w:r w:rsidR="00555A98" w:rsidRPr="001C0DF1">
        <w:rPr>
          <w:rFonts w:ascii="HG丸ｺﾞｼｯｸM-PRO" w:eastAsia="HG丸ｺﾞｼｯｸM-PRO" w:hAnsi="HG丸ｺﾞｼｯｸM-PRO"/>
          <w:lang w:eastAsia="ja-JP"/>
        </w:rPr>
        <w:t>など</w:t>
      </w:r>
      <w:r w:rsidR="00111C2E">
        <w:rPr>
          <w:rFonts w:ascii="HG丸ｺﾞｼｯｸM-PRO" w:eastAsia="HG丸ｺﾞｼｯｸM-PRO" w:hAnsi="HG丸ｺﾞｼｯｸM-PRO"/>
          <w:lang w:eastAsia="ja-JP"/>
        </w:rPr>
        <w:t xml:space="preserve">　</w:t>
      </w:r>
      <w:r w:rsidR="008B39D0">
        <w:rPr>
          <w:rFonts w:ascii="HG丸ｺﾞｼｯｸM-PRO" w:eastAsia="HG丸ｺﾞｼｯｸM-PRO" w:hAnsi="HG丸ｺﾞｼｯｸM-PRO" w:hint="eastAsia"/>
          <w:lang w:eastAsia="ja-JP"/>
        </w:rPr>
        <w:t>参考</w:t>
      </w:r>
      <w:r w:rsidR="00555A98" w:rsidRPr="001C0DF1">
        <w:rPr>
          <w:rFonts w:ascii="HG丸ｺﾞｼｯｸM-PRO" w:eastAsia="HG丸ｺﾞｼｯｸM-PRO" w:hAnsi="HG丸ｺﾞｼｯｸM-PRO"/>
          <w:lang w:eastAsia="ja-JP"/>
        </w:rPr>
        <w:t>資料を添付（または別紙）してください。</w:t>
      </w:r>
    </w:p>
    <w:p w14:paraId="0BB04FD7" w14:textId="77777777" w:rsidR="00E03CC7" w:rsidRPr="001C0DF1" w:rsidRDefault="00E03CC7" w:rsidP="00E03CC7">
      <w:pPr>
        <w:spacing w:after="0"/>
        <w:ind w:firstLineChars="100" w:firstLine="220"/>
        <w:rPr>
          <w:rFonts w:ascii="HG丸ｺﾞｼｯｸM-PRO" w:eastAsia="HG丸ｺﾞｼｯｸM-PRO" w:hAnsi="HG丸ｺﾞｼｯｸM-PRO"/>
          <w:lang w:eastAsia="ja-JP"/>
        </w:rPr>
      </w:pPr>
    </w:p>
    <w:p w14:paraId="05F39718" w14:textId="64FC79C0" w:rsidR="00876E10" w:rsidRPr="001C0DF1" w:rsidRDefault="00427FEF" w:rsidP="00876E10">
      <w:pPr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５</w:t>
      </w:r>
      <w:r w:rsidR="00876E10" w:rsidRPr="001C0DF1">
        <w:rPr>
          <w:rFonts w:ascii="HG丸ｺﾞｼｯｸM-PRO" w:eastAsia="HG丸ｺﾞｼｯｸM-PRO" w:hAnsi="HG丸ｺﾞｼｯｸM-PRO"/>
          <w:b/>
          <w:sz w:val="28"/>
          <w:lang w:eastAsia="ja-JP"/>
        </w:rPr>
        <w:t xml:space="preserve">. </w:t>
      </w:r>
      <w:r w:rsidR="00876E10" w:rsidRPr="001C0DF1">
        <w:rPr>
          <w:rFonts w:ascii="HG丸ｺﾞｼｯｸM-PRO" w:eastAsia="HG丸ｺﾞｼｯｸM-PRO" w:hAnsi="HG丸ｺﾞｼｯｸM-PRO" w:hint="eastAsia"/>
          <w:b/>
          <w:sz w:val="28"/>
          <w:lang w:eastAsia="ja-JP"/>
        </w:rPr>
        <w:t>その他</w:t>
      </w:r>
    </w:p>
    <w:p w14:paraId="79C46755" w14:textId="25CA1DA4" w:rsidR="00876E10" w:rsidRPr="001C0DF1" w:rsidRDefault="00427FEF" w:rsidP="00427FEF">
      <w:pPr>
        <w:spacing w:after="0"/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lang w:eastAsia="ja-JP"/>
        </w:rPr>
        <w:t>その他、自由記載欄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6E10" w:rsidRPr="001C0DF1" w14:paraId="757AB0AE" w14:textId="77777777" w:rsidTr="00427FEF">
        <w:trPr>
          <w:trHeight w:val="2748"/>
        </w:trPr>
        <w:tc>
          <w:tcPr>
            <w:tcW w:w="9062" w:type="dxa"/>
          </w:tcPr>
          <w:p w14:paraId="5600BDB5" w14:textId="77777777" w:rsidR="00876E10" w:rsidRPr="001C0DF1" w:rsidRDefault="00876E10" w:rsidP="00427FEF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</w:tbl>
    <w:p w14:paraId="7ED8F194" w14:textId="77777777" w:rsidR="00555A98" w:rsidRPr="001C0DF1" w:rsidRDefault="00555A98" w:rsidP="00427FEF">
      <w:pPr>
        <w:rPr>
          <w:rFonts w:ascii="HG丸ｺﾞｼｯｸM-PRO" w:eastAsia="HG丸ｺﾞｼｯｸM-PRO" w:hAnsi="HG丸ｺﾞｼｯｸM-PRO"/>
          <w:lang w:eastAsia="ja-JP"/>
        </w:rPr>
      </w:pPr>
    </w:p>
    <w:sectPr w:rsidR="00555A98" w:rsidRPr="001C0DF1" w:rsidSect="00034616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A637E" w14:textId="77777777" w:rsidR="008337B6" w:rsidRDefault="008337B6" w:rsidP="008337B6">
      <w:pPr>
        <w:spacing w:after="0" w:line="240" w:lineRule="auto"/>
      </w:pPr>
      <w:r>
        <w:separator/>
      </w:r>
    </w:p>
  </w:endnote>
  <w:endnote w:type="continuationSeparator" w:id="0">
    <w:p w14:paraId="1DDBE19A" w14:textId="77777777" w:rsidR="008337B6" w:rsidRDefault="008337B6" w:rsidP="0083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9011315"/>
      <w:docPartObj>
        <w:docPartGallery w:val="Page Numbers (Bottom of Page)"/>
        <w:docPartUnique/>
      </w:docPartObj>
    </w:sdtPr>
    <w:sdtEndPr/>
    <w:sdtContent>
      <w:p w14:paraId="6F359492" w14:textId="77777777" w:rsidR="00060461" w:rsidRDefault="000604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609" w:rsidRPr="008C6609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7591AA55" w14:textId="77777777" w:rsidR="00060461" w:rsidRDefault="000604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CE9FB" w14:textId="77777777" w:rsidR="008337B6" w:rsidRDefault="008337B6" w:rsidP="008337B6">
      <w:pPr>
        <w:spacing w:after="0" w:line="240" w:lineRule="auto"/>
      </w:pPr>
      <w:r>
        <w:separator/>
      </w:r>
    </w:p>
  </w:footnote>
  <w:footnote w:type="continuationSeparator" w:id="0">
    <w:p w14:paraId="656B36AD" w14:textId="77777777" w:rsidR="008337B6" w:rsidRDefault="008337B6" w:rsidP="0083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7401430">
    <w:abstractNumId w:val="8"/>
  </w:num>
  <w:num w:numId="2" w16cid:durableId="1666127073">
    <w:abstractNumId w:val="6"/>
  </w:num>
  <w:num w:numId="3" w16cid:durableId="2111776930">
    <w:abstractNumId w:val="5"/>
  </w:num>
  <w:num w:numId="4" w16cid:durableId="1707874057">
    <w:abstractNumId w:val="4"/>
  </w:num>
  <w:num w:numId="5" w16cid:durableId="232280485">
    <w:abstractNumId w:val="7"/>
  </w:num>
  <w:num w:numId="6" w16cid:durableId="1978144875">
    <w:abstractNumId w:val="3"/>
  </w:num>
  <w:num w:numId="7" w16cid:durableId="856230743">
    <w:abstractNumId w:val="2"/>
  </w:num>
  <w:num w:numId="8" w16cid:durableId="988171247">
    <w:abstractNumId w:val="1"/>
  </w:num>
  <w:num w:numId="9" w16cid:durableId="110966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72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461"/>
    <w:rsid w:val="0006063C"/>
    <w:rsid w:val="00111C2E"/>
    <w:rsid w:val="0015074B"/>
    <w:rsid w:val="001C0DF1"/>
    <w:rsid w:val="001E6DE5"/>
    <w:rsid w:val="0029639D"/>
    <w:rsid w:val="00326F90"/>
    <w:rsid w:val="003A4017"/>
    <w:rsid w:val="00427FEF"/>
    <w:rsid w:val="004407D5"/>
    <w:rsid w:val="004B1360"/>
    <w:rsid w:val="00555A98"/>
    <w:rsid w:val="006376B4"/>
    <w:rsid w:val="006801A3"/>
    <w:rsid w:val="00732280"/>
    <w:rsid w:val="008337B6"/>
    <w:rsid w:val="00876DB2"/>
    <w:rsid w:val="00876E10"/>
    <w:rsid w:val="008B39D0"/>
    <w:rsid w:val="008C6609"/>
    <w:rsid w:val="009707FE"/>
    <w:rsid w:val="00AA1D8D"/>
    <w:rsid w:val="00AB0D1E"/>
    <w:rsid w:val="00AD6050"/>
    <w:rsid w:val="00B02B59"/>
    <w:rsid w:val="00B07675"/>
    <w:rsid w:val="00B47730"/>
    <w:rsid w:val="00BB4306"/>
    <w:rsid w:val="00C15388"/>
    <w:rsid w:val="00C20AF8"/>
    <w:rsid w:val="00CB0664"/>
    <w:rsid w:val="00D9379C"/>
    <w:rsid w:val="00DD1034"/>
    <w:rsid w:val="00E03CC7"/>
    <w:rsid w:val="00E26863"/>
    <w:rsid w:val="00F21483"/>
    <w:rsid w:val="00FC693F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0A16A2D"/>
  <w14:defaultImageDpi w14:val="300"/>
  <w15:docId w15:val="{164C0156-B11F-4EE8-8908-57F3646E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河村　圭人(印西市)</cp:lastModifiedBy>
  <cp:revision>5</cp:revision>
  <dcterms:created xsi:type="dcterms:W3CDTF">2026-01-29T01:33:00Z</dcterms:created>
  <dcterms:modified xsi:type="dcterms:W3CDTF">2026-05-28T09:44:00Z</dcterms:modified>
  <cp:category/>
</cp:coreProperties>
</file>